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האתר ואת סוגי הפעילויות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ארבעת סוגי השאלות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התמצאות במידע ובפרטים מתוך עמוד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מסע סובב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דיוק בקריאה לפני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ממיינים שאלות לפי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טקסט, שאלות, אתגר וחותמת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כמה רמות: א׳-ב׳, ג׳-ד׳, ה׳-ו׳, ז׳-ט׳, עולים וחנ״מ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הפעילות מיועדת לכיתות א׳-ב׳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8 מערכים של 45 דקות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הם נשמרים בדפדפן של המכשיר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חותמת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הבעת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מהדורה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(10 יעדים עם טקסט, שאלות, אתגר וחותמת)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(מתאימים משפט מנוקד לתמונה)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(תרגול מדורג לפי תנועות)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(פוסטרים ומשחק על סוגי 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(מציג את החותמות, הכוכבים והנקודות)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שאלת איתור - התשובה כתובה בטקסט. שאלת הסקה - צריך להבין משהו שלא כתוב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בחר יעד הגיוני ונימק את הבחירה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דרכון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איתור, הסקה, פרשנות, הבעת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לתלמידים את עמוד הבית על 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ארבעת סוגי השאלות לפני המעבר לפעילויות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מומלץ לצמצם לחלק המודגש (skip_n)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אתר "קוראים במסע"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"קוראים במסע" יש הרבה פעילויות קריאה לכל הגילאים – מסעות בעולם, משחקים, פירמידות קריאה וטקסטים. בדף הזה נבדוק כמה אתם מכירים את חלקי האתר.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פעילות אוספים חותמות בדרכון?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פירמידות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מסע סובב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יעדים יש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מתרגלים ב"פירמידות קריאה"?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דיוק בקריאה לפני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טקסטים יש במאגר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במשחק "איזו שאלה זו"?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ממיינים שאלות לפי סוג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פותרים חידות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שרים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כולל כל יעד במסע סובב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טקסט, שאלות, אתגר וחותמת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באתר יש רק רמה אחת לכל הגילאים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עולים יש התאמות לעולים חדשים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"משפט לתמונה" מיועד לכיתות ז׳-ט׳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מערכי השיעור מיועדים למורים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החותמות והכוכבים נמחקים בכל כניסה חדשה לאתר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במשחק "איזו שאלה זו" ממיינים שאלות לפי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בכל יעד ב"מסע סובב עולם" יש טקסט, שאלות, אתגר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פירמידות הקריאה מתרגלות __________ לפני מהירות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ארבעת סוגי השאלות הם איתור, הסקה, פרשנות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חוברת קיימת בשתי גרסאות: חוברת תלמיד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מסע סובב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מציג את החותמות, הכוכבים והנקודות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משפט לתמונה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 יעדים עם טקסט, שאלות, אתגר וחותמת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פירמידות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פוסטרים ומשחק על סוגי 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איך עונים על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מתאימים משפט מנוקד לתמונה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הדרכון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תרגול מדורג לפי תנועות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שאלת איתור לשאלת הסקה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בוחרים יעד חדש למסע סובב עולם. איזה יעד הייתם בוחרים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המקום שבו שומרים חותמות וכוכבים?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סוגי שאלות מתוך ארבעת הסוגים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פעילות באתר הכי מעניינת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אתר "קוראים במסע"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