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אתר "קוראים במסע"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האתר ואת סוגי הפעילויות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ארבעת סוגי השאלות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התמצאות במידע ובפרטים מתוך עמוד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מסע סובב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דיוק בקריאה לפני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ממיינים שאלות לפי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טקסט, שאלות, אתגר וחותמת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כמה רמות: א׳-ב׳, ג׳-ד׳, ה׳-ו׳, ז׳-ט׳, עולים וחנ״מ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הפעילות מיועדת לכיתות א׳-ב׳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8 מערכים של 45 דקות למורה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נשמרים בדפדפן של המכשיר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חותמת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מהדורה למורה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(10 יעדים עם טקסט, שאלות, אתגר וחותמת)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(מתאימים משפט מנוקד לתמונה)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(תרגול מדורג לפי תנועות)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(פוסטרים ומשחק על סוגי 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(מציג את החותמות, הכוכבים והנקודות)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שאלת איתור - התשובה כתובה בטקסט. שאלת הסקה - צריך להבין משהו שלא כתוב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בחר יעד הגיוני ונימק את הבחירה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מתוך: איתור, הסקה, פרשנות, 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עמוד הבית על המסך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ארבעת סוגי השאלות לפני המעבר לפעילויות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מומלץ לצמצם לחלק המודגש (skip_n)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אתר "קוראים במסע"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הזה יש הרבה משחקי קריאה. כל פעילות היא שונה. נלמד להכיר את הפעילויות.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שבה עוברים בין יעדים ואוספים חותמות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אחד בתוך המסע סביב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שומרים חותמות וכוכבים מהפעילויות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איתור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תשובה שכתובה ישירות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 אבל מובן מהטקסט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פרשנות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 המשמעות או המסר של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הבעת 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דעה אישית על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מהדורה למורה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גרסה של החוברת עם תשובות ומפתח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על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פעילות יש חותמות?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פירמידות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סובב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דף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מקומות יש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לומדים בפירמידות?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דיוק בקריאה לפני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טקסטים יש באוסף?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במשחק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ממיינים שאלות לפי סוג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פותרים חידות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יש בכל יעד?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טקסט, שאלות, אתגר וחותמת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רק רמה אחת לכל הגילאים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עולים יש התאמות לעולים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"משפט לתמונה" מיועד לכיתות ז׳-ט׳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מערכי השיעור מיועדים למורים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החותמות והכוכבים נמחקים בכל כניסה חדשה לאתר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"איזו שאלה זו" ממיינים שאלות לפי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יעד ב"מסע סובב עולם" יש טקסט, שאלות, אתגר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פירמידות הקריאה מתרגלות __________ לפני 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ארבעת סוגי השאלות הם איתור, הסקה, פרשנות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חוברת קיימת בשתי גרסאות: חוברת תלמיד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מסע סובב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פוסטרים ומשחק על סוגי 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משפט לתמונה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10 יעדים עם טקסט, שאלות, אתגר וחותמת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פירמידות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מציג את החותמות, הכוכבים והנקודות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עונים על 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תרגול מדורג לפי תנועות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הדרכון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מתאימים משפט מנוקד לתמונה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שאלת איתור לשאלת הסקה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בוחרים יעד חדש למסע סובב עולם. איזה יעד הייתם בוחרים ולמה? כתבו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המקום שבו שומרים חותמות וכוכבים?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סוגי שאלות מתוך ארבעת הסוגים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פעילות באתר הכי מעניינת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מכירים את אתר "קוראים במסע"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