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מכירים את אתר "קוראים במסע"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חלקי האתר ואת סוגי הפעילויות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ארבעת סוגי השאלות בהבנת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התמצאות במידע ובפרטים מתוך עמוד הבית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 על האתר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מסע סובב 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24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כמה רמות: א׳-ב׳, ג׳-ד׳, ה׳-ו׳, ז׳-ט׳, עולים וחנ״מ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בעמוד הבית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חותמת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(10 יעדים עם טקסט, שאלות, אתגר וחותמת)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(מתאימים משפט מנוקד לתמונה)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(תרגול מדורג לפי תנועות)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(פוסטרים ומשחק על סוגי שאלות)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חושבים וכותבים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 שהתלמיד בחר יעד הגיוני ונימק את הבחירה בקצרה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דרכון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שני מתוך: איתור, הסקה, פרשנות, הבעת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לתלמידים את עמוד הבית על המסך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לחזק את ארבעת סוגי השאלות לפני המעבר לפעילויות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חנ״מ מומלץ לצמצם לחלק המודגש (skip_n) ולהתמקד בשאלות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מכירים את אתר "קוראים במסע"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באתר "קוראים במסע" יש הרבה פעילויות קריאה לכל הגילאים – מסעות בעולם, משחקים, פירמידות קריאה וטקסטים. בדף הזה נבדוק כמה אתם מכירים את חלקי האתר.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סוג  ·  חותמת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 על 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פעילות אוספים חותמות בדרכון?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פירמידות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מסע סובב 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מצגות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יעדים יש במסע סובב 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טקסטים יש במאגר הטקסטים?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באתר יש רק רמה אחת לכל הגילאים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בפינת עולים יש התאמות לעולים חדשים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במשחק "איזו שאלה זו" ממיינים שאלות לפי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בכל יעד ב"מסע סובב עולם" יש טקסט, שאלות, אתגר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מסע סובב עולם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תרגול מדורג לפי תנועות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משפט לתמונה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פוסטרים ומשחק על סוגי שאלות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פירמידות 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10 יעדים עם טקסט, שאלות, אתגר וחותמת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איך עונים על שאלות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מתאימים משפט מנוקד לתמונה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שאתם בוחרים יעד חדש למסע סובב עולם. איזה יעד הייתם בוחרים ולמה? כתבו 3-4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שם המקום שבו שומרים חותמות וכוכבים?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שני סוגי שאלות מתוך ארבעת הסוגים שלמדנו?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מכירים את אתר "קוראים במסע"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